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738B" w14:textId="77777777" w:rsidR="00800BD6" w:rsidRDefault="00000000">
      <w:pPr>
        <w:spacing w:after="80" w:line="240" w:lineRule="auto"/>
      </w:pPr>
      <w:r>
        <w:rPr>
          <w:rFonts w:ascii="Arial" w:hAnsi="Arial"/>
          <w:color w:val="000000"/>
          <w:sz w:val="36"/>
        </w:rPr>
        <w:t>Certificate of Authenticity Template · A5 landscape</w:t>
      </w:r>
    </w:p>
    <w:p w14:paraId="113E769D" w14:textId="77777777" w:rsidR="00800BD6" w:rsidRDefault="00000000">
      <w:pPr>
        <w:spacing w:after="100" w:line="259" w:lineRule="auto"/>
      </w:pPr>
      <w:r>
        <w:rPr>
          <w:rFonts w:ascii="Arial" w:hAnsi="Arial"/>
          <w:color w:val="000000"/>
          <w:sz w:val="18"/>
        </w:rPr>
        <w:t>A blank certificate for an original artwork: the artist's own signed statement that the work is theirs and that the recorded details are accurate.</w:t>
      </w:r>
    </w:p>
    <w:p w14:paraId="245913B8" w14:textId="77777777" w:rsidR="00800BD6" w:rsidRDefault="00000000">
      <w:pPr>
        <w:spacing w:after="40" w:line="240" w:lineRule="auto"/>
      </w:pPr>
      <w:r>
        <w:rPr>
          <w:rFonts w:ascii="Arial" w:hAnsi="Arial"/>
          <w:b/>
          <w:color w:val="000000"/>
        </w:rPr>
        <w:t>How to use this template</w:t>
      </w:r>
    </w:p>
    <w:p w14:paraId="0856338B" w14:textId="77777777" w:rsidR="00800BD6" w:rsidRDefault="00000000">
      <w:pPr>
        <w:spacing w:after="30" w:line="252" w:lineRule="auto"/>
        <w:ind w:left="227" w:hanging="227"/>
      </w:pPr>
      <w:r>
        <w:rPr>
          <w:rFonts w:ascii="Arial" w:hAnsi="Arial"/>
          <w:color w:val="000000"/>
          <w:sz w:val="18"/>
        </w:rPr>
        <w:t>–  Complete the identifying fields accurately from your own records.</w:t>
      </w:r>
    </w:p>
    <w:p w14:paraId="6E0409B9" w14:textId="77777777" w:rsidR="00800BD6" w:rsidRDefault="00000000">
      <w:pPr>
        <w:spacing w:after="30" w:line="252" w:lineRule="auto"/>
        <w:ind w:left="227" w:hanging="227"/>
      </w:pPr>
      <w:r>
        <w:rPr>
          <w:rFonts w:ascii="Arial" w:hAnsi="Arial"/>
          <w:color w:val="000000"/>
          <w:sz w:val="18"/>
        </w:rPr>
        <w:t>–  The artwork image, archive reference and artist's seal are optional.</w:t>
      </w:r>
    </w:p>
    <w:p w14:paraId="2BF6012F" w14:textId="77777777" w:rsidR="00800BD6" w:rsidRDefault="00000000">
      <w:pPr>
        <w:spacing w:after="30" w:line="252" w:lineRule="auto"/>
        <w:ind w:left="227" w:hanging="227"/>
      </w:pPr>
      <w:r>
        <w:rPr>
          <w:rFonts w:ascii="Arial" w:hAnsi="Arial"/>
          <w:color w:val="000000"/>
          <w:sz w:val="18"/>
        </w:rPr>
        <w:t>–  Write a short statement confirming the work in your own words.</w:t>
      </w:r>
    </w:p>
    <w:p w14:paraId="17982F09" w14:textId="77777777" w:rsidR="00800BD6" w:rsidRDefault="00000000">
      <w:pPr>
        <w:spacing w:after="30" w:line="252" w:lineRule="auto"/>
        <w:ind w:left="227" w:hanging="227"/>
      </w:pPr>
      <w:r>
        <w:rPr>
          <w:rFonts w:ascii="Arial" w:hAnsi="Arial"/>
          <w:color w:val="000000"/>
          <w:sz w:val="18"/>
        </w:rPr>
        <w:t>–  Sign and date the certificate when the artwork is supplied to its owner.</w:t>
      </w:r>
    </w:p>
    <w:p w14:paraId="44512045" w14:textId="77777777" w:rsidR="00800BD6" w:rsidRDefault="00000000">
      <w:pPr>
        <w:spacing w:after="30" w:line="252" w:lineRule="auto"/>
        <w:ind w:left="227" w:hanging="227"/>
      </w:pPr>
      <w:r>
        <w:rPr>
          <w:rFonts w:ascii="Arial" w:hAnsi="Arial"/>
          <w:color w:val="000000"/>
          <w:sz w:val="18"/>
        </w:rPr>
        <w:t>–  Keep a scan or clear photograph of the completed certificate with your records.</w:t>
      </w:r>
    </w:p>
    <w:p w14:paraId="774FD326" w14:textId="77777777" w:rsidR="00800BD6" w:rsidRDefault="00000000">
      <w:pPr>
        <w:spacing w:after="30" w:line="252" w:lineRule="auto"/>
        <w:ind w:left="227" w:hanging="227"/>
      </w:pPr>
      <w:r>
        <w:rPr>
          <w:rFonts w:ascii="Arial" w:hAnsi="Arial"/>
          <w:color w:val="000000"/>
          <w:sz w:val="18"/>
        </w:rPr>
        <w:t>–  Shorten an unusually long entry rather than allowing the certificate to run onto another page.</w:t>
      </w:r>
    </w:p>
    <w:p w14:paraId="4C646213" w14:textId="77777777" w:rsidR="00800BD6" w:rsidRDefault="00000000">
      <w:pPr>
        <w:spacing w:before="60" w:after="40" w:line="240" w:lineRule="auto"/>
      </w:pPr>
      <w:r>
        <w:rPr>
          <w:rFonts w:ascii="Arial" w:hAnsi="Arial"/>
          <w:color w:val="000000"/>
          <w:sz w:val="17"/>
        </w:rPr>
        <w:t>This template is the artist's statement and does not independently authenticate artwork. It is not legal advice.</w:t>
      </w:r>
    </w:p>
    <w:p w14:paraId="421343C0" w14:textId="77777777" w:rsidR="00800BD6" w:rsidRDefault="00000000">
      <w:pPr>
        <w:spacing w:after="40" w:line="252" w:lineRule="auto"/>
      </w:pPr>
      <w:r>
        <w:rPr>
          <w:rFonts w:ascii="Arial" w:hAnsi="Arial"/>
          <w:color w:val="000000"/>
          <w:sz w:val="17"/>
        </w:rPr>
        <w:t>A5 has half the area of A4. To print this A5 landscape certificate on A4 paper, select Actual size (100%) and Portrait orientation. The certificate will remain A5 size and can be trimmed after printing.</w:t>
      </w:r>
    </w:p>
    <w:p w14:paraId="781AF636" w14:textId="77777777" w:rsidR="00800BD6" w:rsidRDefault="00000000">
      <w:pPr>
        <w:spacing w:after="0" w:line="252" w:lineRule="auto"/>
      </w:pPr>
      <w:r>
        <w:rPr>
          <w:rFonts w:ascii="Arial" w:hAnsi="Arial"/>
          <w:i/>
          <w:color w:val="000000"/>
          <w:sz w:val="17"/>
        </w:rPr>
        <w:t>Print at Actual size (100%). Do not use Fit to page or Scale to page, or the signature and seal areas will no longer measure correctly.</w:t>
      </w:r>
    </w:p>
    <w:p w14:paraId="3D64712D" w14:textId="77777777" w:rsidR="00800BD6" w:rsidRDefault="00800BD6">
      <w:pPr>
        <w:sectPr w:rsidR="00800BD6">
          <w:footerReference w:type="default" r:id="rId8"/>
          <w:pgSz w:w="11906" w:h="8391" w:orient="landscape"/>
          <w:pgMar w:top="510" w:right="680" w:bottom="510" w:left="680" w:header="227" w:footer="227" w:gutter="0"/>
          <w:cols w:space="720"/>
          <w:docGrid w:linePitch="360"/>
        </w:sectPr>
      </w:pPr>
    </w:p>
    <w:p w14:paraId="5156930E" w14:textId="77777777" w:rsidR="00800BD6" w:rsidRDefault="0000000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B340627" wp14:editId="35DCBB98">
            <wp:extent cx="3780000" cy="3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45369" w14:textId="77777777" w:rsidR="00800BD6" w:rsidRDefault="00000000">
      <w:pPr>
        <w:spacing w:after="60" w:line="240" w:lineRule="auto"/>
        <w:jc w:val="center"/>
      </w:pPr>
      <w:r>
        <w:rPr>
          <w:rFonts w:ascii="Arial" w:hAnsi="Arial"/>
          <w:color w:val="666666"/>
          <w:sz w:val="17"/>
        </w:rPr>
        <w:t>This certificate accompanies the artwork described below and is issued by the artist.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576"/>
        <w:gridCol w:w="283"/>
        <w:gridCol w:w="3515"/>
      </w:tblGrid>
      <w:tr w:rsidR="00800BD6" w14:paraId="08DF8950" w14:textId="77777777">
        <w:trPr>
          <w:trHeight w:val="2438"/>
          <w:jc w:val="center"/>
        </w:trPr>
        <w:tc>
          <w:tcPr>
            <w:tcW w:w="65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09606" w14:textId="77777777" w:rsidR="00800BD6" w:rsidRDefault="00800BD6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8"/>
              <w:gridCol w:w="3288"/>
            </w:tblGrid>
            <w:tr w:rsidR="00800BD6" w14:paraId="53901F45" w14:textId="77777777">
              <w:trPr>
                <w:trHeight w:val="306"/>
              </w:trPr>
              <w:tc>
                <w:tcPr>
                  <w:tcW w:w="3288" w:type="dxa"/>
                  <w:tcMar>
                    <w:top w:w="17" w:type="dxa"/>
                    <w:left w:w="0" w:type="dxa"/>
                    <w:bottom w:w="0" w:type="dxa"/>
                    <w:right w:w="85" w:type="dxa"/>
                  </w:tcMar>
                </w:tcPr>
                <w:p w14:paraId="66582478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666666"/>
                      <w:sz w:val="15"/>
                    </w:rPr>
                    <w:t>Artist name</w:t>
                  </w:r>
                </w:p>
              </w:tc>
              <w:tc>
                <w:tcPr>
                  <w:tcW w:w="3288" w:type="dxa"/>
                  <w:tcBorders>
                    <w:bottom w:val="single" w:sz="4" w:space="0" w:color="B7B7B7"/>
                  </w:tcBorders>
                  <w:tcMar>
                    <w:top w:w="17" w:type="dxa"/>
                    <w:left w:w="0" w:type="dxa"/>
                    <w:bottom w:w="0" w:type="dxa"/>
                    <w:right w:w="0" w:type="dxa"/>
                  </w:tcMar>
                </w:tcPr>
                <w:p w14:paraId="5E7BEF17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000000"/>
                      <w:sz w:val="17"/>
                    </w:rPr>
                    <w:t xml:space="preserve"> </w:t>
                  </w:r>
                </w:p>
              </w:tc>
            </w:tr>
            <w:tr w:rsidR="00800BD6" w14:paraId="21DF37C8" w14:textId="77777777">
              <w:trPr>
                <w:trHeight w:val="306"/>
              </w:trPr>
              <w:tc>
                <w:tcPr>
                  <w:tcW w:w="3288" w:type="dxa"/>
                  <w:tcMar>
                    <w:top w:w="17" w:type="dxa"/>
                    <w:left w:w="0" w:type="dxa"/>
                    <w:bottom w:w="0" w:type="dxa"/>
                    <w:right w:w="85" w:type="dxa"/>
                  </w:tcMar>
                </w:tcPr>
                <w:p w14:paraId="5B0C72B5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666666"/>
                      <w:sz w:val="15"/>
                    </w:rPr>
                    <w:t>Artwork title</w:t>
                  </w:r>
                </w:p>
              </w:tc>
              <w:tc>
                <w:tcPr>
                  <w:tcW w:w="3288" w:type="dxa"/>
                  <w:tcBorders>
                    <w:bottom w:val="single" w:sz="4" w:space="0" w:color="B7B7B7"/>
                  </w:tcBorders>
                  <w:tcMar>
                    <w:top w:w="17" w:type="dxa"/>
                    <w:left w:w="0" w:type="dxa"/>
                    <w:bottom w:w="0" w:type="dxa"/>
                    <w:right w:w="0" w:type="dxa"/>
                  </w:tcMar>
                </w:tcPr>
                <w:p w14:paraId="07995F07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000000"/>
                      <w:sz w:val="17"/>
                    </w:rPr>
                    <w:t xml:space="preserve"> </w:t>
                  </w:r>
                </w:p>
              </w:tc>
            </w:tr>
            <w:tr w:rsidR="00800BD6" w14:paraId="764D7448" w14:textId="77777777">
              <w:trPr>
                <w:trHeight w:val="306"/>
              </w:trPr>
              <w:tc>
                <w:tcPr>
                  <w:tcW w:w="3288" w:type="dxa"/>
                  <w:tcMar>
                    <w:top w:w="17" w:type="dxa"/>
                    <w:left w:w="0" w:type="dxa"/>
                    <w:bottom w:w="0" w:type="dxa"/>
                    <w:right w:w="85" w:type="dxa"/>
                  </w:tcMar>
                </w:tcPr>
                <w:p w14:paraId="0B6BBBE4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666666"/>
                      <w:sz w:val="15"/>
                    </w:rPr>
                    <w:t>Year</w:t>
                  </w:r>
                </w:p>
              </w:tc>
              <w:tc>
                <w:tcPr>
                  <w:tcW w:w="3288" w:type="dxa"/>
                  <w:tcBorders>
                    <w:bottom w:val="single" w:sz="4" w:space="0" w:color="B7B7B7"/>
                  </w:tcBorders>
                  <w:tcMar>
                    <w:top w:w="17" w:type="dxa"/>
                    <w:left w:w="0" w:type="dxa"/>
                    <w:bottom w:w="0" w:type="dxa"/>
                    <w:right w:w="0" w:type="dxa"/>
                  </w:tcMar>
                </w:tcPr>
                <w:p w14:paraId="3F13D133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000000"/>
                      <w:sz w:val="17"/>
                    </w:rPr>
                    <w:t xml:space="preserve"> </w:t>
                  </w:r>
                </w:p>
              </w:tc>
            </w:tr>
            <w:tr w:rsidR="00800BD6" w14:paraId="1087EC70" w14:textId="77777777">
              <w:trPr>
                <w:trHeight w:val="306"/>
              </w:trPr>
              <w:tc>
                <w:tcPr>
                  <w:tcW w:w="3288" w:type="dxa"/>
                  <w:tcMar>
                    <w:top w:w="17" w:type="dxa"/>
                    <w:left w:w="0" w:type="dxa"/>
                    <w:bottom w:w="0" w:type="dxa"/>
                    <w:right w:w="85" w:type="dxa"/>
                  </w:tcMar>
                </w:tcPr>
                <w:p w14:paraId="1472D76F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666666"/>
                      <w:sz w:val="15"/>
                    </w:rPr>
                    <w:t>Medium</w:t>
                  </w:r>
                </w:p>
              </w:tc>
              <w:tc>
                <w:tcPr>
                  <w:tcW w:w="3288" w:type="dxa"/>
                  <w:tcBorders>
                    <w:bottom w:val="single" w:sz="4" w:space="0" w:color="B7B7B7"/>
                  </w:tcBorders>
                  <w:tcMar>
                    <w:top w:w="17" w:type="dxa"/>
                    <w:left w:w="0" w:type="dxa"/>
                    <w:bottom w:w="0" w:type="dxa"/>
                    <w:right w:w="0" w:type="dxa"/>
                  </w:tcMar>
                </w:tcPr>
                <w:p w14:paraId="14BF78BF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000000"/>
                      <w:sz w:val="17"/>
                    </w:rPr>
                    <w:t xml:space="preserve"> </w:t>
                  </w:r>
                </w:p>
              </w:tc>
            </w:tr>
            <w:tr w:rsidR="00800BD6" w14:paraId="0DBB0E2E" w14:textId="77777777">
              <w:trPr>
                <w:trHeight w:val="306"/>
              </w:trPr>
              <w:tc>
                <w:tcPr>
                  <w:tcW w:w="3288" w:type="dxa"/>
                  <w:tcMar>
                    <w:top w:w="17" w:type="dxa"/>
                    <w:left w:w="0" w:type="dxa"/>
                    <w:bottom w:w="0" w:type="dxa"/>
                    <w:right w:w="85" w:type="dxa"/>
                  </w:tcMar>
                </w:tcPr>
                <w:p w14:paraId="49864F3E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666666"/>
                      <w:sz w:val="15"/>
                    </w:rPr>
                    <w:t>Dimensions</w:t>
                  </w:r>
                </w:p>
              </w:tc>
              <w:tc>
                <w:tcPr>
                  <w:tcW w:w="3288" w:type="dxa"/>
                  <w:tcBorders>
                    <w:bottom w:val="single" w:sz="4" w:space="0" w:color="B7B7B7"/>
                  </w:tcBorders>
                  <w:tcMar>
                    <w:top w:w="17" w:type="dxa"/>
                    <w:left w:w="0" w:type="dxa"/>
                    <w:bottom w:w="0" w:type="dxa"/>
                    <w:right w:w="0" w:type="dxa"/>
                  </w:tcMar>
                </w:tcPr>
                <w:p w14:paraId="409ACD19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000000"/>
                      <w:sz w:val="17"/>
                    </w:rPr>
                    <w:t xml:space="preserve"> </w:t>
                  </w:r>
                </w:p>
              </w:tc>
            </w:tr>
            <w:tr w:rsidR="00800BD6" w14:paraId="71714B12" w14:textId="77777777">
              <w:trPr>
                <w:trHeight w:val="306"/>
              </w:trPr>
              <w:tc>
                <w:tcPr>
                  <w:tcW w:w="3288" w:type="dxa"/>
                  <w:tcMar>
                    <w:top w:w="17" w:type="dxa"/>
                    <w:left w:w="0" w:type="dxa"/>
                    <w:bottom w:w="0" w:type="dxa"/>
                    <w:right w:w="85" w:type="dxa"/>
                  </w:tcMar>
                </w:tcPr>
                <w:p w14:paraId="5C1BA2DF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666666"/>
                      <w:sz w:val="15"/>
                    </w:rPr>
                    <w:t>Edition (if applicable)</w:t>
                  </w:r>
                </w:p>
              </w:tc>
              <w:tc>
                <w:tcPr>
                  <w:tcW w:w="3288" w:type="dxa"/>
                  <w:tcBorders>
                    <w:bottom w:val="single" w:sz="4" w:space="0" w:color="B7B7B7"/>
                  </w:tcBorders>
                  <w:tcMar>
                    <w:top w:w="17" w:type="dxa"/>
                    <w:left w:w="0" w:type="dxa"/>
                    <w:bottom w:w="0" w:type="dxa"/>
                    <w:right w:w="0" w:type="dxa"/>
                  </w:tcMar>
                </w:tcPr>
                <w:p w14:paraId="2B442CA4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000000"/>
                      <w:sz w:val="17"/>
                    </w:rPr>
                    <w:t xml:space="preserve"> </w:t>
                  </w:r>
                </w:p>
              </w:tc>
            </w:tr>
            <w:tr w:rsidR="00800BD6" w14:paraId="5738E070" w14:textId="77777777">
              <w:trPr>
                <w:trHeight w:val="306"/>
              </w:trPr>
              <w:tc>
                <w:tcPr>
                  <w:tcW w:w="3288" w:type="dxa"/>
                  <w:tcMar>
                    <w:top w:w="17" w:type="dxa"/>
                    <w:left w:w="0" w:type="dxa"/>
                    <w:bottom w:w="0" w:type="dxa"/>
                    <w:right w:w="85" w:type="dxa"/>
                  </w:tcMar>
                </w:tcPr>
                <w:p w14:paraId="2259D3EC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666666"/>
                      <w:sz w:val="15"/>
                    </w:rPr>
                    <w:t>Artwork or archive reference (optional)</w:t>
                  </w:r>
                </w:p>
              </w:tc>
              <w:tc>
                <w:tcPr>
                  <w:tcW w:w="3288" w:type="dxa"/>
                  <w:tcBorders>
                    <w:bottom w:val="single" w:sz="4" w:space="0" w:color="B7B7B7"/>
                  </w:tcBorders>
                  <w:tcMar>
                    <w:top w:w="17" w:type="dxa"/>
                    <w:left w:w="0" w:type="dxa"/>
                    <w:bottom w:w="0" w:type="dxa"/>
                    <w:right w:w="0" w:type="dxa"/>
                  </w:tcMar>
                </w:tcPr>
                <w:p w14:paraId="6B23CB3D" w14:textId="77777777" w:rsidR="00800BD6" w:rsidRDefault="00000000">
                  <w:pPr>
                    <w:spacing w:after="0" w:line="240" w:lineRule="auto"/>
                  </w:pPr>
                  <w:r>
                    <w:rPr>
                      <w:rFonts w:ascii="Arial" w:hAnsi="Arial"/>
                      <w:color w:val="000000"/>
                      <w:sz w:val="17"/>
                    </w:rPr>
                    <w:t xml:space="preserve"> </w:t>
                  </w:r>
                </w:p>
              </w:tc>
            </w:tr>
          </w:tbl>
          <w:p w14:paraId="3C071D80" w14:textId="77777777" w:rsidR="00800BD6" w:rsidRDefault="00800BD6"/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39828" w14:textId="77777777" w:rsidR="00800BD6" w:rsidRDefault="00800BD6"/>
        </w:tc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F11C82" w14:textId="77777777" w:rsidR="00800BD6" w:rsidRDefault="00000000">
            <w:pPr>
              <w:spacing w:after="0"/>
              <w:jc w:val="center"/>
            </w:pPr>
            <w:r>
              <w:rPr>
                <w:rFonts w:ascii="Arial" w:hAnsi="Arial"/>
                <w:color w:val="666666"/>
                <w:sz w:val="16"/>
              </w:rPr>
              <w:t>Artwork image (optional)</w:t>
            </w:r>
            <w:r>
              <w:rPr>
                <w:rFonts w:ascii="Arial" w:hAnsi="Arial"/>
                <w:color w:val="666666"/>
                <w:sz w:val="16"/>
              </w:rPr>
              <w:br/>
              <w:t>Affix or print a photograph of the work here</w:t>
            </w:r>
          </w:p>
        </w:tc>
      </w:tr>
    </w:tbl>
    <w:p w14:paraId="02A36CA0" w14:textId="77777777" w:rsidR="00800BD6" w:rsidRDefault="00000000">
      <w:pPr>
        <w:spacing w:before="60" w:after="20" w:line="240" w:lineRule="auto"/>
      </w:pPr>
      <w:r>
        <w:rPr>
          <w:rFonts w:ascii="Arial" w:hAnsi="Arial"/>
          <w:color w:val="666666"/>
          <w:sz w:val="16"/>
        </w:rPr>
        <w:t>Statement by the artist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340"/>
        <w:gridCol w:w="2381"/>
        <w:gridCol w:w="397"/>
        <w:gridCol w:w="2268"/>
      </w:tblGrid>
      <w:tr w:rsidR="00800BD6" w14:paraId="372D7F3D" w14:textId="77777777">
        <w:trPr>
          <w:trHeight w:val="397"/>
          <w:jc w:val="center"/>
        </w:trPr>
        <w:tc>
          <w:tcPr>
            <w:tcW w:w="10375" w:type="dxa"/>
            <w:gridSpan w:val="5"/>
            <w:tcBorders>
              <w:bottom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AF032" w14:textId="77777777" w:rsidR="00800BD6" w:rsidRDefault="00000000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</w:tc>
      </w:tr>
      <w:tr w:rsidR="00800BD6" w14:paraId="610025BF" w14:textId="77777777">
        <w:trPr>
          <w:trHeight w:val="397"/>
          <w:jc w:val="center"/>
        </w:trPr>
        <w:tc>
          <w:tcPr>
            <w:tcW w:w="10375" w:type="dxa"/>
            <w:gridSpan w:val="5"/>
            <w:tcBorders>
              <w:bottom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7262B" w14:textId="77777777" w:rsidR="00800BD6" w:rsidRDefault="00000000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</w:tc>
      </w:tr>
      <w:tr w:rsidR="00800BD6" w14:paraId="476BDEAF" w14:textId="77777777">
        <w:trPr>
          <w:trHeight w:val="1928"/>
          <w:jc w:val="center"/>
        </w:trPr>
        <w:tc>
          <w:tcPr>
            <w:tcW w:w="49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50054" w14:textId="77777777" w:rsidR="00800BD6" w:rsidRDefault="00000000">
            <w:pPr>
              <w:pBdr>
                <w:bottom w:val="single" w:sz="4" w:space="1" w:color="B7B7B7"/>
              </w:pBdr>
              <w:spacing w:after="20" w:line="240" w:lineRule="auto"/>
            </w:pPr>
            <w:r>
              <w:rPr>
                <w:rFonts w:ascii="Arial" w:hAnsi="Arial"/>
                <w:color w:val="000000"/>
                <w:sz w:val="17"/>
              </w:rPr>
              <w:br/>
            </w:r>
            <w:r>
              <w:rPr>
                <w:rFonts w:ascii="Arial" w:hAnsi="Arial"/>
                <w:color w:val="000000"/>
                <w:sz w:val="17"/>
              </w:rPr>
              <w:br/>
            </w:r>
            <w:r>
              <w:rPr>
                <w:rFonts w:ascii="Arial" w:hAnsi="Arial"/>
                <w:color w:val="000000"/>
                <w:sz w:val="17"/>
              </w:rPr>
              <w:br/>
              <w:t xml:space="preserve"> </w:t>
            </w:r>
          </w:p>
          <w:p w14:paraId="03DA7E98" w14:textId="77777777" w:rsidR="00800BD6" w:rsidRDefault="00000000">
            <w:pPr>
              <w:spacing w:before="20" w:after="0" w:line="240" w:lineRule="auto"/>
            </w:pPr>
            <w:r>
              <w:rPr>
                <w:rFonts w:ascii="Arial" w:hAnsi="Arial"/>
                <w:color w:val="666666"/>
                <w:sz w:val="15"/>
              </w:rPr>
              <w:t>Artist signature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74C28" w14:textId="77777777" w:rsidR="00800BD6" w:rsidRDefault="00800BD6"/>
        </w:tc>
        <w:tc>
          <w:tcPr>
            <w:tcW w:w="238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718A8D" w14:textId="77777777" w:rsidR="00800BD6" w:rsidRDefault="00000000">
            <w:pPr>
              <w:pBdr>
                <w:bottom w:val="single" w:sz="4" w:space="1" w:color="B7B7B7"/>
              </w:pBdr>
              <w:spacing w:after="20" w:line="240" w:lineRule="auto"/>
            </w:pPr>
            <w:r>
              <w:rPr>
                <w:rFonts w:ascii="Arial" w:hAnsi="Arial"/>
                <w:color w:val="000000"/>
                <w:sz w:val="17"/>
              </w:rPr>
              <w:br/>
            </w:r>
            <w:r>
              <w:rPr>
                <w:rFonts w:ascii="Arial" w:hAnsi="Arial"/>
                <w:color w:val="000000"/>
                <w:sz w:val="17"/>
              </w:rPr>
              <w:br/>
            </w:r>
            <w:r>
              <w:rPr>
                <w:rFonts w:ascii="Arial" w:hAnsi="Arial"/>
                <w:color w:val="000000"/>
                <w:sz w:val="17"/>
              </w:rPr>
              <w:br/>
              <w:t xml:space="preserve"> </w:t>
            </w:r>
          </w:p>
          <w:p w14:paraId="62DD0BFA" w14:textId="77777777" w:rsidR="00800BD6" w:rsidRDefault="00000000">
            <w:pPr>
              <w:spacing w:before="20" w:after="0" w:line="240" w:lineRule="auto"/>
            </w:pPr>
            <w:r>
              <w:rPr>
                <w:rFonts w:ascii="Arial" w:hAnsi="Arial"/>
                <w:color w:val="666666"/>
                <w:sz w:val="15"/>
              </w:rPr>
              <w:t>Date signed</w:t>
            </w:r>
          </w:p>
        </w:tc>
        <w:tc>
          <w:tcPr>
            <w:tcW w:w="39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215DF8" w14:textId="77777777" w:rsidR="00800BD6" w:rsidRDefault="00800BD6"/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DF5D" w14:textId="77777777" w:rsidR="00800BD6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0157D40" wp14:editId="0372E196">
                  <wp:extent cx="1080000" cy="108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4AA8A2" w14:textId="77777777" w:rsidR="00800BD6" w:rsidRDefault="00000000">
      <w:pPr>
        <w:spacing w:after="0" w:line="20" w:lineRule="auto"/>
      </w:pPr>
      <w:r>
        <w:rPr>
          <w:rFonts w:ascii="Arial" w:hAnsi="Arial"/>
          <w:color w:val="000000"/>
          <w:sz w:val="2"/>
        </w:rPr>
        <w:t xml:space="preserve"> </w:t>
      </w:r>
    </w:p>
    <w:sectPr w:rsidR="00800BD6" w:rsidSect="00034616">
      <w:footerReference w:type="default" r:id="rId11"/>
      <w:pgSz w:w="11906" w:h="8391" w:orient="landscape"/>
      <w:pgMar w:top="454" w:right="510" w:bottom="510" w:left="510" w:header="227" w:footer="227" w:gutter="0"/>
      <w:pgBorders w:offsetFrom="page">
        <w:top w:val="single" w:sz="4" w:space="5" w:color="777777"/>
        <w:left w:val="single" w:sz="4" w:space="5" w:color="777777"/>
        <w:bottom w:val="single" w:sz="4" w:space="5" w:color="777777"/>
        <w:right w:val="single" w:sz="4" w:space="5" w:color="777777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1D05" w14:textId="77777777" w:rsidR="00EF5329" w:rsidRDefault="00EF5329">
      <w:pPr>
        <w:spacing w:after="0" w:line="240" w:lineRule="auto"/>
      </w:pPr>
      <w:r>
        <w:separator/>
      </w:r>
    </w:p>
  </w:endnote>
  <w:endnote w:type="continuationSeparator" w:id="0">
    <w:p w14:paraId="269207E5" w14:textId="77777777" w:rsidR="00EF5329" w:rsidRDefault="00EF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2470" w14:textId="77777777" w:rsidR="00800BD6" w:rsidRDefault="00000000">
    <w:pPr>
      <w:pStyle w:val="Footer"/>
      <w:jc w:val="center"/>
    </w:pPr>
    <w:r>
      <w:rPr>
        <w:rFonts w:ascii="Arial" w:hAnsi="Arial"/>
        <w:color w:val="888888"/>
        <w:sz w:val="13"/>
      </w:rPr>
      <w:t>Vault Canvas · Free artist resources · vaultcanvas.ai/resources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7B78" w14:textId="77777777" w:rsidR="00800BD6" w:rsidRDefault="00000000">
    <w:pPr>
      <w:pStyle w:val="Footer"/>
      <w:jc w:val="center"/>
    </w:pPr>
    <w:r>
      <w:rPr>
        <w:rFonts w:ascii="Arial" w:hAnsi="Arial"/>
        <w:color w:val="888888"/>
        <w:sz w:val="13"/>
      </w:rPr>
      <w:t>Vault Canvas · Free artist resources · vaultcanvas.ai/resources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FFA26" w14:textId="77777777" w:rsidR="00EF5329" w:rsidRDefault="00EF5329">
      <w:pPr>
        <w:spacing w:after="0" w:line="240" w:lineRule="auto"/>
      </w:pPr>
      <w:r>
        <w:separator/>
      </w:r>
    </w:p>
  </w:footnote>
  <w:footnote w:type="continuationSeparator" w:id="0">
    <w:p w14:paraId="14DFBA1F" w14:textId="77777777" w:rsidR="00EF5329" w:rsidRDefault="00EF5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7767207">
    <w:abstractNumId w:val="8"/>
  </w:num>
  <w:num w:numId="2" w16cid:durableId="1613242981">
    <w:abstractNumId w:val="6"/>
  </w:num>
  <w:num w:numId="3" w16cid:durableId="1096513330">
    <w:abstractNumId w:val="5"/>
  </w:num>
  <w:num w:numId="4" w16cid:durableId="754208981">
    <w:abstractNumId w:val="4"/>
  </w:num>
  <w:num w:numId="5" w16cid:durableId="83452643">
    <w:abstractNumId w:val="7"/>
  </w:num>
  <w:num w:numId="6" w16cid:durableId="675764049">
    <w:abstractNumId w:val="3"/>
  </w:num>
  <w:num w:numId="7" w16cid:durableId="1219784658">
    <w:abstractNumId w:val="2"/>
  </w:num>
  <w:num w:numId="8" w16cid:durableId="1721320844">
    <w:abstractNumId w:val="1"/>
  </w:num>
  <w:num w:numId="9" w16cid:durableId="210233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50128"/>
    <w:rsid w:val="00800BD6"/>
    <w:rsid w:val="008312B9"/>
    <w:rsid w:val="00AA1D8D"/>
    <w:rsid w:val="00B47730"/>
    <w:rsid w:val="00CB0664"/>
    <w:rsid w:val="00EF53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DC2779"/>
  <w14:defaultImageDpi w14:val="300"/>
  <w15:docId w15:val="{DF538ADC-F98C-43BA-8D21-95AC6C65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Andrew Bowers</cp:lastModifiedBy>
  <cp:revision>2</cp:revision>
  <dcterms:created xsi:type="dcterms:W3CDTF">2026-09-08T06:50:00Z</dcterms:created>
  <dcterms:modified xsi:type="dcterms:W3CDTF">2026-09-08T06:50:00Z</dcterms:modified>
  <cp:category/>
</cp:coreProperties>
</file>